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9B44C" w14:textId="631F6E11" w:rsidR="00F97EFC" w:rsidRPr="00560C93" w:rsidRDefault="00000000" w:rsidP="00560C93">
      <w:pPr>
        <w:pStyle w:val="Heading1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Karty pracy </w:t>
      </w:r>
      <w:r w:rsidR="00560C93" w:rsidRPr="00560C93">
        <w:rPr>
          <w:rFonts w:ascii="Tahoma" w:hAnsi="Tahoma" w:cs="Tahoma"/>
          <w:sz w:val="24"/>
          <w:szCs w:val="24"/>
          <w:lang w:val="pl-PL"/>
        </w:rPr>
        <w:t xml:space="preserve">podsumowanie </w:t>
      </w:r>
      <w:proofErr w:type="spellStart"/>
      <w:r w:rsidR="00560C93" w:rsidRPr="00560C93">
        <w:rPr>
          <w:rFonts w:ascii="Tahoma" w:hAnsi="Tahoma" w:cs="Tahoma"/>
          <w:sz w:val="24"/>
          <w:szCs w:val="24"/>
          <w:lang w:val="pl-PL"/>
        </w:rPr>
        <w:t>Self-Starting</w:t>
      </w:r>
      <w:proofErr w:type="spellEnd"/>
      <w:r w:rsidR="00560C93" w:rsidRPr="00560C93">
        <w:rPr>
          <w:rFonts w:ascii="Tahoma" w:hAnsi="Tahoma" w:cs="Tahoma"/>
          <w:sz w:val="24"/>
          <w:szCs w:val="24"/>
          <w:lang w:val="pl-PL"/>
        </w:rPr>
        <w:t xml:space="preserve"> </w:t>
      </w:r>
    </w:p>
    <w:p w14:paraId="4236905D" w14:textId="10E24794" w:rsidR="00F97EFC" w:rsidRDefault="00000000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Karta Co wiem o wstydzie</w:t>
      </w:r>
      <w:r w:rsidR="00560C93">
        <w:rPr>
          <w:rFonts w:ascii="Tahoma" w:hAnsi="Tahoma" w:cs="Tahoma"/>
          <w:sz w:val="24"/>
          <w:szCs w:val="24"/>
          <w:lang w:val="pl-PL"/>
        </w:rPr>
        <w:t xml:space="preserve">, strachu, złości, wstręcie? </w:t>
      </w:r>
    </w:p>
    <w:p w14:paraId="7780A032" w14:textId="77777777" w:rsidR="00560C93" w:rsidRPr="00560C93" w:rsidRDefault="00560C93" w:rsidP="00560C93">
      <w:pPr>
        <w:rPr>
          <w:lang w:val="pl-PL"/>
        </w:rPr>
      </w:pPr>
    </w:p>
    <w:p w14:paraId="424D27F0" w14:textId="59AA703D" w:rsidR="00F97EFC" w:rsidRPr="00DC7BF5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DC7BF5">
        <w:rPr>
          <w:rFonts w:ascii="Tahoma" w:hAnsi="Tahoma" w:cs="Tahoma"/>
          <w:b/>
          <w:bCs/>
          <w:sz w:val="24"/>
          <w:szCs w:val="24"/>
          <w:lang w:val="pl-PL"/>
        </w:rPr>
        <w:t>Cel: rozpoznanie, czym dla mnie jes</w:t>
      </w:r>
      <w:r w:rsidR="00560C93" w:rsidRPr="00DC7BF5">
        <w:rPr>
          <w:rFonts w:ascii="Tahoma" w:hAnsi="Tahoma" w:cs="Tahoma"/>
          <w:b/>
          <w:bCs/>
          <w:sz w:val="24"/>
          <w:szCs w:val="24"/>
          <w:lang w:val="pl-PL"/>
        </w:rPr>
        <w:t xml:space="preserve">t: </w:t>
      </w:r>
    </w:p>
    <w:p w14:paraId="0293386A" w14:textId="29421EFB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4B9C64D9" w14:textId="7D42A499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3179F40C" w14:textId="42B33126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6AE3DDCB" w14:textId="5ECEAF9E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2501E819" w14:textId="76017860" w:rsidR="00F97EFC" w:rsidRPr="00AA3155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AA3155">
        <w:rPr>
          <w:rFonts w:ascii="Tahoma" w:hAnsi="Tahoma" w:cs="Tahoma"/>
          <w:b/>
          <w:bCs/>
          <w:sz w:val="24"/>
          <w:szCs w:val="24"/>
          <w:lang w:val="pl-PL"/>
        </w:rPr>
        <w:t>Jak rozumiem słowo</w:t>
      </w:r>
      <w:r w:rsidR="00560C93" w:rsidRPr="00AA3155">
        <w:rPr>
          <w:rFonts w:ascii="Tahoma" w:hAnsi="Tahoma" w:cs="Tahoma"/>
          <w:b/>
          <w:bCs/>
          <w:sz w:val="24"/>
          <w:szCs w:val="24"/>
          <w:lang w:val="pl-PL"/>
        </w:rPr>
        <w:t xml:space="preserve">: </w:t>
      </w:r>
    </w:p>
    <w:p w14:paraId="32053038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0C179503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7FBC3E32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7386E849" w14:textId="034C1678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5531CC9D" w14:textId="2E191C6A" w:rsidR="00F97EFC" w:rsidRPr="00B50DCA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B50DCA">
        <w:rPr>
          <w:rFonts w:ascii="Tahoma" w:hAnsi="Tahoma" w:cs="Tahoma"/>
          <w:b/>
          <w:bCs/>
          <w:sz w:val="24"/>
          <w:szCs w:val="24"/>
          <w:lang w:val="pl-PL"/>
        </w:rPr>
        <w:t>Kiedy ostatnio czułam/czułem</w:t>
      </w:r>
      <w:r w:rsidR="00560C93" w:rsidRPr="00B50DCA">
        <w:rPr>
          <w:rFonts w:ascii="Tahoma" w:hAnsi="Tahoma" w:cs="Tahoma"/>
          <w:b/>
          <w:bCs/>
          <w:sz w:val="24"/>
          <w:szCs w:val="24"/>
          <w:lang w:val="pl-PL"/>
        </w:rPr>
        <w:t>:</w:t>
      </w:r>
    </w:p>
    <w:p w14:paraId="62E4FB11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0580A44E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332BF1BE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56C872B2" w14:textId="09372E0C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72839273" w14:textId="60094E32" w:rsidR="00F97EFC" w:rsidRPr="00C20941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C20941">
        <w:rPr>
          <w:rFonts w:ascii="Tahoma" w:hAnsi="Tahoma" w:cs="Tahoma"/>
          <w:b/>
          <w:bCs/>
          <w:sz w:val="24"/>
          <w:szCs w:val="24"/>
          <w:lang w:val="pl-PL"/>
        </w:rPr>
        <w:t>Co wtedy działo się w moim ciele (np. napięcie, rumieniec, przyspieszony oddech)?</w:t>
      </w:r>
    </w:p>
    <w:p w14:paraId="5E11F525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71F66F0B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lastRenderedPageBreak/>
        <w:t>Strach</w:t>
      </w:r>
    </w:p>
    <w:p w14:paraId="160EFAB3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57B468B0" w14:textId="77777777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610A2A9F" w14:textId="77777777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3C9649CD" w14:textId="598E9E1B" w:rsidR="00F97EFC" w:rsidRPr="00F52AF1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F52AF1">
        <w:rPr>
          <w:rFonts w:ascii="Tahoma" w:hAnsi="Tahoma" w:cs="Tahoma"/>
          <w:b/>
          <w:bCs/>
          <w:sz w:val="24"/>
          <w:szCs w:val="24"/>
          <w:lang w:val="pl-PL"/>
        </w:rPr>
        <w:t>Co pomyślałam/em o sobie w tej sytuacji</w:t>
      </w:r>
      <w:r w:rsidR="005A5D89" w:rsidRPr="00F52AF1">
        <w:rPr>
          <w:rFonts w:ascii="Tahoma" w:hAnsi="Tahoma" w:cs="Tahoma"/>
          <w:b/>
          <w:bCs/>
          <w:sz w:val="24"/>
          <w:szCs w:val="24"/>
          <w:lang w:val="pl-PL"/>
        </w:rPr>
        <w:t>, kiedy wśród ludzi odczułam/em</w:t>
      </w:r>
      <w:r w:rsidRPr="00F52AF1">
        <w:rPr>
          <w:rFonts w:ascii="Tahoma" w:hAnsi="Tahoma" w:cs="Tahoma"/>
          <w:b/>
          <w:bCs/>
          <w:sz w:val="24"/>
          <w:szCs w:val="24"/>
          <w:lang w:val="pl-PL"/>
        </w:rPr>
        <w:t>?</w:t>
      </w:r>
    </w:p>
    <w:p w14:paraId="388E69EB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4A822EB8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7F471438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64DF9E34" w14:textId="77777777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706D9F8A" w14:textId="77777777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6C9A1942" w14:textId="4F5469C5" w:rsidR="00F97EFC" w:rsidRPr="00F52AF1" w:rsidRDefault="00FD71A6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F52AF1">
        <w:rPr>
          <w:rFonts w:ascii="Tahoma" w:hAnsi="Tahoma" w:cs="Tahoma"/>
          <w:b/>
          <w:bCs/>
          <w:sz w:val="24"/>
          <w:szCs w:val="24"/>
          <w:lang w:val="pl-PL"/>
        </w:rPr>
        <w:t>J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>ak zareagowałam/em – wycofałam</w:t>
      </w:r>
      <w:r w:rsidR="005A5D89" w:rsidRPr="00F52AF1">
        <w:rPr>
          <w:rFonts w:ascii="Tahoma" w:hAnsi="Tahoma" w:cs="Tahoma"/>
          <w:b/>
          <w:bCs/>
          <w:sz w:val="24"/>
          <w:szCs w:val="24"/>
          <w:lang w:val="pl-PL"/>
        </w:rPr>
        <w:t>/em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 xml:space="preserve"> się, tłumaczyłam</w:t>
      </w:r>
      <w:r w:rsidR="005A5D89" w:rsidRPr="00F52AF1">
        <w:rPr>
          <w:rFonts w:ascii="Tahoma" w:hAnsi="Tahoma" w:cs="Tahoma"/>
          <w:b/>
          <w:bCs/>
          <w:sz w:val="24"/>
          <w:szCs w:val="24"/>
          <w:lang w:val="pl-PL"/>
        </w:rPr>
        <w:t>/em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>, milczałam</w:t>
      </w:r>
      <w:r w:rsidR="005A5D89" w:rsidRPr="00F52AF1">
        <w:rPr>
          <w:rFonts w:ascii="Tahoma" w:hAnsi="Tahoma" w:cs="Tahoma"/>
          <w:b/>
          <w:bCs/>
          <w:sz w:val="24"/>
          <w:szCs w:val="24"/>
          <w:lang w:val="pl-PL"/>
        </w:rPr>
        <w:t>/em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 xml:space="preserve">, złościłam </w:t>
      </w:r>
      <w:r w:rsidR="005A5D89" w:rsidRPr="00F52AF1">
        <w:rPr>
          <w:rFonts w:ascii="Tahoma" w:hAnsi="Tahoma" w:cs="Tahoma"/>
          <w:b/>
          <w:bCs/>
          <w:sz w:val="24"/>
          <w:szCs w:val="24"/>
          <w:lang w:val="pl-PL"/>
        </w:rPr>
        <w:t>/em</w:t>
      </w:r>
      <w:r w:rsidR="00F52AF1">
        <w:rPr>
          <w:rFonts w:ascii="Tahoma" w:hAnsi="Tahoma" w:cs="Tahoma"/>
          <w:b/>
          <w:bCs/>
          <w:sz w:val="24"/>
          <w:szCs w:val="24"/>
          <w:lang w:val="pl-PL"/>
        </w:rPr>
        <w:t xml:space="preserve"> 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>się</w:t>
      </w:r>
      <w:r w:rsidRPr="00F52AF1">
        <w:rPr>
          <w:rFonts w:ascii="Tahoma" w:hAnsi="Tahoma" w:cs="Tahoma"/>
          <w:b/>
          <w:bCs/>
          <w:sz w:val="24"/>
          <w:szCs w:val="24"/>
          <w:lang w:val="pl-PL"/>
        </w:rPr>
        <w:t xml:space="preserve"> w chwili odczuwania</w:t>
      </w:r>
      <w:r w:rsidR="00000000" w:rsidRPr="00F52AF1">
        <w:rPr>
          <w:rFonts w:ascii="Tahoma" w:hAnsi="Tahoma" w:cs="Tahoma"/>
          <w:b/>
          <w:bCs/>
          <w:sz w:val="24"/>
          <w:szCs w:val="24"/>
          <w:lang w:val="pl-PL"/>
        </w:rPr>
        <w:t>...?</w:t>
      </w:r>
    </w:p>
    <w:p w14:paraId="2CC0143F" w14:textId="40B318DA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  <w:r w:rsidR="00FD71A6">
        <w:rPr>
          <w:rFonts w:ascii="Tahoma" w:hAnsi="Tahoma" w:cs="Tahoma"/>
          <w:sz w:val="24"/>
          <w:szCs w:val="24"/>
          <w:lang w:val="pl-PL"/>
        </w:rPr>
        <w:t>u</w:t>
      </w:r>
    </w:p>
    <w:p w14:paraId="5FD57446" w14:textId="31CD3864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  <w:r w:rsidR="00FD71A6">
        <w:rPr>
          <w:rFonts w:ascii="Tahoma" w:hAnsi="Tahoma" w:cs="Tahoma"/>
          <w:sz w:val="24"/>
          <w:szCs w:val="24"/>
          <w:lang w:val="pl-PL"/>
        </w:rPr>
        <w:t>u</w:t>
      </w:r>
    </w:p>
    <w:p w14:paraId="1ADA94E6" w14:textId="6D89DE23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</w:t>
      </w:r>
      <w:r w:rsidR="00FD71A6">
        <w:rPr>
          <w:rFonts w:ascii="Tahoma" w:hAnsi="Tahoma" w:cs="Tahoma"/>
          <w:sz w:val="24"/>
          <w:szCs w:val="24"/>
          <w:lang w:val="pl-PL"/>
        </w:rPr>
        <w:t>ci</w:t>
      </w:r>
    </w:p>
    <w:p w14:paraId="4E8EEB82" w14:textId="5D1BC48C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  <w:r w:rsidR="00FD71A6">
        <w:rPr>
          <w:rFonts w:ascii="Tahoma" w:hAnsi="Tahoma" w:cs="Tahoma"/>
          <w:sz w:val="24"/>
          <w:szCs w:val="24"/>
          <w:lang w:val="pl-PL"/>
        </w:rPr>
        <w:t>u</w:t>
      </w:r>
    </w:p>
    <w:p w14:paraId="336109C2" w14:textId="77777777" w:rsidR="00560C93" w:rsidRP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4A91B14B" w14:textId="77777777" w:rsidR="00560C93" w:rsidRDefault="00560C93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0857A809" w14:textId="77777777" w:rsidR="00560C93" w:rsidRDefault="00560C93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7C00F39B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32706E57" w14:textId="77777777" w:rsidR="00560C93" w:rsidRDefault="00560C93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6EC7E65F" w14:textId="1A5B35C1" w:rsidR="00F97EFC" w:rsidRPr="00476271" w:rsidRDefault="00000000" w:rsidP="00560C93">
      <w:pPr>
        <w:spacing w:line="360" w:lineRule="auto"/>
        <w:jc w:val="both"/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</w:pPr>
      <w:r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 xml:space="preserve">Karta 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>Wstyd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 xml:space="preserve"> | 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>Strach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 xml:space="preserve"> | 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>Złość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 xml:space="preserve"> | 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>Wstręt</w:t>
      </w:r>
      <w:r w:rsidR="00560C93"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 xml:space="preserve"> </w:t>
      </w:r>
      <w:r w:rsidRPr="00476271">
        <w:rPr>
          <w:rFonts w:ascii="Tahoma" w:hAnsi="Tahoma" w:cs="Tahoma"/>
          <w:b/>
          <w:bCs/>
          <w:color w:val="4F81BD" w:themeColor="accent1"/>
          <w:sz w:val="24"/>
          <w:szCs w:val="24"/>
          <w:lang w:val="pl-PL"/>
        </w:rPr>
        <w:t>w ciele, myślach i zachowaniu</w:t>
      </w:r>
    </w:p>
    <w:p w14:paraId="36A558DE" w14:textId="612614CA" w:rsidR="00560C93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Cel: zauważenie, jak </w:t>
      </w:r>
      <w:r w:rsidR="00560C93">
        <w:rPr>
          <w:rFonts w:ascii="Tahoma" w:hAnsi="Tahoma" w:cs="Tahoma"/>
          <w:sz w:val="24"/>
          <w:szCs w:val="24"/>
          <w:lang w:val="pl-PL"/>
        </w:rPr>
        <w:t>w</w:t>
      </w:r>
      <w:r w:rsidR="00560C93">
        <w:rPr>
          <w:rFonts w:ascii="Tahoma" w:hAnsi="Tahoma" w:cs="Tahoma"/>
          <w:sz w:val="24"/>
          <w:szCs w:val="24"/>
          <w:lang w:val="pl-PL"/>
        </w:rPr>
        <w:t>styd</w:t>
      </w:r>
      <w:r w:rsidR="00560C93">
        <w:rPr>
          <w:rFonts w:ascii="Tahoma" w:hAnsi="Tahoma" w:cs="Tahoma"/>
          <w:sz w:val="24"/>
          <w:szCs w:val="24"/>
          <w:lang w:val="pl-PL"/>
        </w:rPr>
        <w:t>, s</w:t>
      </w:r>
      <w:r w:rsidR="00560C93">
        <w:rPr>
          <w:rFonts w:ascii="Tahoma" w:hAnsi="Tahoma" w:cs="Tahoma"/>
          <w:sz w:val="24"/>
          <w:szCs w:val="24"/>
          <w:lang w:val="pl-PL"/>
        </w:rPr>
        <w:t>trach</w:t>
      </w:r>
      <w:r w:rsidR="00560C93">
        <w:rPr>
          <w:rFonts w:ascii="Tahoma" w:hAnsi="Tahoma" w:cs="Tahoma"/>
          <w:sz w:val="24"/>
          <w:szCs w:val="24"/>
          <w:lang w:val="pl-PL"/>
        </w:rPr>
        <w:t>, z</w:t>
      </w:r>
      <w:r w:rsidR="00560C93">
        <w:rPr>
          <w:rFonts w:ascii="Tahoma" w:hAnsi="Tahoma" w:cs="Tahoma"/>
          <w:sz w:val="24"/>
          <w:szCs w:val="24"/>
          <w:lang w:val="pl-PL"/>
        </w:rPr>
        <w:t>łość</w:t>
      </w:r>
      <w:r w:rsidR="00560C93">
        <w:rPr>
          <w:rFonts w:ascii="Tahoma" w:hAnsi="Tahoma" w:cs="Tahoma"/>
          <w:sz w:val="24"/>
          <w:szCs w:val="24"/>
          <w:lang w:val="pl-PL"/>
        </w:rPr>
        <w:t>, w</w:t>
      </w:r>
      <w:r w:rsidR="00560C93">
        <w:rPr>
          <w:rFonts w:ascii="Tahoma" w:hAnsi="Tahoma" w:cs="Tahoma"/>
          <w:sz w:val="24"/>
          <w:szCs w:val="24"/>
          <w:lang w:val="pl-PL"/>
        </w:rPr>
        <w:t>stręt</w:t>
      </w:r>
      <w:r w:rsidR="000F3041">
        <w:rPr>
          <w:rFonts w:ascii="Tahoma" w:hAnsi="Tahoma" w:cs="Tahoma"/>
          <w:sz w:val="24"/>
          <w:szCs w:val="24"/>
          <w:lang w:val="pl-PL"/>
        </w:rPr>
        <w:t xml:space="preserve"> </w:t>
      </w:r>
      <w:r w:rsidRPr="00560C93">
        <w:rPr>
          <w:rFonts w:ascii="Tahoma" w:hAnsi="Tahoma" w:cs="Tahoma"/>
          <w:sz w:val="24"/>
          <w:szCs w:val="24"/>
          <w:lang w:val="pl-PL"/>
        </w:rPr>
        <w:t>przejawia się w różnych poziomach naszego doświadczenia.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7"/>
        <w:gridCol w:w="1873"/>
        <w:gridCol w:w="1701"/>
        <w:gridCol w:w="1701"/>
        <w:gridCol w:w="1701"/>
      </w:tblGrid>
      <w:tr w:rsidR="00C04CE3" w:rsidRPr="00560C93" w14:paraId="62E878F4" w14:textId="77777777" w:rsidTr="00C04CE3">
        <w:tc>
          <w:tcPr>
            <w:tcW w:w="2517" w:type="dxa"/>
          </w:tcPr>
          <w:p w14:paraId="76CAD20E" w14:textId="211552AE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Emocja</w:t>
            </w:r>
            <w:proofErr w:type="spellEnd"/>
          </w:p>
        </w:tc>
        <w:tc>
          <w:tcPr>
            <w:tcW w:w="1873" w:type="dxa"/>
          </w:tcPr>
          <w:p w14:paraId="5DE95906" w14:textId="7E478384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wstyd</w:t>
            </w:r>
            <w:proofErr w:type="spellEnd"/>
          </w:p>
        </w:tc>
        <w:tc>
          <w:tcPr>
            <w:tcW w:w="1701" w:type="dxa"/>
          </w:tcPr>
          <w:p w14:paraId="206078EC" w14:textId="0C6CB537" w:rsidR="00C04CE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strach</w:t>
            </w:r>
            <w:proofErr w:type="spellEnd"/>
          </w:p>
        </w:tc>
        <w:tc>
          <w:tcPr>
            <w:tcW w:w="1701" w:type="dxa"/>
          </w:tcPr>
          <w:p w14:paraId="4A8DFF8D" w14:textId="05006F98" w:rsidR="00C04CE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Złość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091145" w14:textId="189663BF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>
              <w:rPr>
                <w:rFonts w:ascii="Tahoma" w:hAnsi="Tahoma" w:cs="Tahoma"/>
                <w:sz w:val="24"/>
                <w:szCs w:val="24"/>
              </w:rPr>
              <w:t>wstręt</w:t>
            </w:r>
            <w:proofErr w:type="spellEnd"/>
          </w:p>
        </w:tc>
      </w:tr>
      <w:tr w:rsidR="00C04CE3" w:rsidRPr="00560C93" w14:paraId="0B49109D" w14:textId="77777777" w:rsidTr="00C04CE3">
        <w:tc>
          <w:tcPr>
            <w:tcW w:w="2517" w:type="dxa"/>
          </w:tcPr>
          <w:p w14:paraId="782F6C1B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Stany</w:t>
            </w:r>
            <w:r w:rsidRPr="00560C93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60C93">
              <w:rPr>
                <w:rFonts w:ascii="Tahoma" w:hAnsi="Tahoma" w:cs="Tahoma"/>
                <w:sz w:val="24"/>
                <w:szCs w:val="24"/>
              </w:rPr>
              <w:t>towarzyszące</w:t>
            </w:r>
            <w:proofErr w:type="spellEnd"/>
          </w:p>
        </w:tc>
        <w:tc>
          <w:tcPr>
            <w:tcW w:w="1873" w:type="dxa"/>
          </w:tcPr>
          <w:p w14:paraId="4E53374D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A3548D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0D4A9B" w14:textId="300BB81F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97D6999" w14:textId="4491A900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CE3" w:rsidRPr="00560C93" w14:paraId="28D39450" w14:textId="77777777" w:rsidTr="00C04CE3">
        <w:tc>
          <w:tcPr>
            <w:tcW w:w="2517" w:type="dxa"/>
          </w:tcPr>
          <w:p w14:paraId="01321282" w14:textId="75A1F7FA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Stan</w:t>
            </w:r>
          </w:p>
        </w:tc>
        <w:tc>
          <w:tcPr>
            <w:tcW w:w="1873" w:type="dxa"/>
          </w:tcPr>
          <w:p w14:paraId="78FCC763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6E1201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9378F84" w14:textId="30EF9684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7A09B8" w14:textId="4FF3DB79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CE3" w:rsidRPr="00560C93" w14:paraId="38325E09" w14:textId="77777777" w:rsidTr="00C04CE3">
        <w:tc>
          <w:tcPr>
            <w:tcW w:w="2517" w:type="dxa"/>
          </w:tcPr>
          <w:p w14:paraId="6DFE2E56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60C93">
              <w:rPr>
                <w:rFonts w:ascii="Tahoma" w:hAnsi="Tahoma" w:cs="Tahoma"/>
                <w:sz w:val="24"/>
                <w:szCs w:val="24"/>
              </w:rPr>
              <w:t>Ciało</w:t>
            </w:r>
          </w:p>
        </w:tc>
        <w:tc>
          <w:tcPr>
            <w:tcW w:w="1873" w:type="dxa"/>
          </w:tcPr>
          <w:p w14:paraId="4B449E64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89D4660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1713229" w14:textId="03B59838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27D33A1" w14:textId="43899DA2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CE3" w:rsidRPr="00560C93" w14:paraId="562C718E" w14:textId="77777777" w:rsidTr="00C04CE3">
        <w:tc>
          <w:tcPr>
            <w:tcW w:w="2517" w:type="dxa"/>
          </w:tcPr>
          <w:p w14:paraId="7F4E6219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60C93">
              <w:rPr>
                <w:rFonts w:ascii="Tahoma" w:hAnsi="Tahoma" w:cs="Tahoma"/>
                <w:sz w:val="24"/>
                <w:szCs w:val="24"/>
              </w:rPr>
              <w:t>Myśli</w:t>
            </w:r>
          </w:p>
        </w:tc>
        <w:tc>
          <w:tcPr>
            <w:tcW w:w="1873" w:type="dxa"/>
          </w:tcPr>
          <w:p w14:paraId="7D164952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E4C2488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099B37E" w14:textId="74A1CD41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B07D2BD" w14:textId="3E9E0E5C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CE3" w:rsidRPr="00560C93" w14:paraId="38D71DD9" w14:textId="77777777" w:rsidTr="00C04CE3">
        <w:tc>
          <w:tcPr>
            <w:tcW w:w="2517" w:type="dxa"/>
          </w:tcPr>
          <w:p w14:paraId="020D26B6" w14:textId="4409EA19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Stany</w:t>
            </w:r>
            <w:r w:rsidRPr="00560C93">
              <w:rPr>
                <w:rFonts w:ascii="Tahoma" w:hAnsi="Tahoma" w:cs="Tahoma"/>
                <w:sz w:val="24"/>
                <w:szCs w:val="24"/>
              </w:rPr>
              <w:t xml:space="preserve"> towarzyszące</w:t>
            </w:r>
          </w:p>
        </w:tc>
        <w:tc>
          <w:tcPr>
            <w:tcW w:w="1873" w:type="dxa"/>
          </w:tcPr>
          <w:p w14:paraId="4D92CA97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F8D699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1C9FE5" w14:textId="4A22613A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372DEB9" w14:textId="3387BAF9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CE3" w:rsidRPr="00560C93" w14:paraId="016C528E" w14:textId="77777777" w:rsidTr="00C04CE3">
        <w:tc>
          <w:tcPr>
            <w:tcW w:w="2517" w:type="dxa"/>
          </w:tcPr>
          <w:p w14:paraId="2FA0E1FA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560C93">
              <w:rPr>
                <w:rFonts w:ascii="Tahoma" w:hAnsi="Tahoma" w:cs="Tahoma"/>
                <w:sz w:val="24"/>
                <w:szCs w:val="24"/>
              </w:rPr>
              <w:t>Zachowanie</w:t>
            </w:r>
          </w:p>
        </w:tc>
        <w:tc>
          <w:tcPr>
            <w:tcW w:w="1873" w:type="dxa"/>
          </w:tcPr>
          <w:p w14:paraId="4A0A0CFC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809A62" w14:textId="77777777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DDBC0F" w14:textId="1C4D6DF9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EA0FF3A" w14:textId="5A2F124B" w:rsidR="00C04CE3" w:rsidRPr="00560C93" w:rsidRDefault="00C04CE3" w:rsidP="00C04CE3">
            <w:pPr>
              <w:spacing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2ABF16D1" w14:textId="77777777" w:rsidR="00476271" w:rsidRDefault="00476271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33A7B614" w14:textId="43E45C8B" w:rsidR="00F97EFC" w:rsidRDefault="00000000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Karta Co mówi do mnie mój</w:t>
      </w:r>
      <w:r w:rsidR="002D7539">
        <w:rPr>
          <w:rFonts w:ascii="Tahoma" w:hAnsi="Tahoma" w:cs="Tahoma"/>
          <w:sz w:val="24"/>
          <w:szCs w:val="24"/>
          <w:lang w:val="pl-PL"/>
        </w:rPr>
        <w:t>:</w:t>
      </w:r>
    </w:p>
    <w:p w14:paraId="4F231054" w14:textId="77777777" w:rsidR="00056529" w:rsidRDefault="00056529" w:rsidP="00056529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0F364DC6" w14:textId="77777777" w:rsidR="00056529" w:rsidRDefault="00056529" w:rsidP="00056529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31524BF8" w14:textId="77777777" w:rsidR="00056529" w:rsidRDefault="00056529" w:rsidP="00056529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00581B7C" w14:textId="56B014AE" w:rsidR="00056529" w:rsidRPr="00056529" w:rsidRDefault="00056529" w:rsidP="00056529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4400E25A" w14:textId="77777777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Cel: zrozumienie, że wstyd może mieć funkcję ochronną i informacyjną.</w:t>
      </w:r>
    </w:p>
    <w:p w14:paraId="28935D35" w14:textId="39C44BCF" w:rsidR="005B5F9C" w:rsidRPr="00C15F2B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C15F2B">
        <w:rPr>
          <w:rFonts w:ascii="Tahoma" w:hAnsi="Tahoma" w:cs="Tahoma"/>
          <w:b/>
          <w:bCs/>
          <w:sz w:val="24"/>
          <w:szCs w:val="24"/>
          <w:lang w:val="pl-PL"/>
        </w:rPr>
        <w:t xml:space="preserve">Co mój </w:t>
      </w:r>
    </w:p>
    <w:p w14:paraId="386B839C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0FA4CAD8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40068BC6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lastRenderedPageBreak/>
        <w:t>Złość</w:t>
      </w:r>
    </w:p>
    <w:p w14:paraId="562CF376" w14:textId="77777777" w:rsidR="005B5F9C" w:rsidRPr="00560C93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70F867CD" w14:textId="41926757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 próbuje mi powiedzieć lub przed czym mnie chronić?</w:t>
      </w:r>
    </w:p>
    <w:p w14:paraId="240AA106" w14:textId="679331F5" w:rsidR="005B5F9C" w:rsidRPr="001C47DF" w:rsidRDefault="00000000" w:rsidP="005B5F9C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1C47DF">
        <w:rPr>
          <w:rFonts w:ascii="Tahoma" w:hAnsi="Tahoma" w:cs="Tahoma"/>
          <w:b/>
          <w:bCs/>
          <w:sz w:val="24"/>
          <w:szCs w:val="24"/>
          <w:lang w:val="pl-PL"/>
        </w:rPr>
        <w:t>Czy ten</w:t>
      </w:r>
      <w:r w:rsidR="002455F9">
        <w:rPr>
          <w:rFonts w:ascii="Tahoma" w:hAnsi="Tahoma" w:cs="Tahoma"/>
          <w:b/>
          <w:bCs/>
          <w:sz w:val="24"/>
          <w:szCs w:val="24"/>
          <w:lang w:val="pl-PL"/>
        </w:rPr>
        <w:t>:</w:t>
      </w:r>
    </w:p>
    <w:p w14:paraId="22242FCF" w14:textId="04755355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614ADC9B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0FFE204C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2329ABFF" w14:textId="77777777" w:rsidR="005B5F9C" w:rsidRPr="00560C93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04B3288D" w14:textId="10B82BCF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 jest mój, czy czyjś (np. przejęty z rodziny, szkoły, kultury)?</w:t>
      </w:r>
    </w:p>
    <w:p w14:paraId="7E16B288" w14:textId="13DEF80C" w:rsidR="005B5F9C" w:rsidRPr="00BF1AC3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BF1AC3">
        <w:rPr>
          <w:rFonts w:ascii="Tahoma" w:hAnsi="Tahoma" w:cs="Tahoma"/>
          <w:b/>
          <w:bCs/>
          <w:sz w:val="24"/>
          <w:szCs w:val="24"/>
          <w:lang w:val="pl-PL"/>
        </w:rPr>
        <w:t>Czy ten</w:t>
      </w:r>
      <w:r w:rsidR="00BF1AC3">
        <w:rPr>
          <w:rFonts w:ascii="Tahoma" w:hAnsi="Tahoma" w:cs="Tahoma"/>
          <w:b/>
          <w:bCs/>
          <w:sz w:val="24"/>
          <w:szCs w:val="24"/>
          <w:lang w:val="pl-PL"/>
        </w:rPr>
        <w:t>:</w:t>
      </w:r>
    </w:p>
    <w:p w14:paraId="47CC0397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78B29F2E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7791940E" w14:textId="77777777" w:rsidR="005B5F9C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26E9CFF4" w14:textId="77777777" w:rsidR="005B5F9C" w:rsidRPr="00560C93" w:rsidRDefault="005B5F9C" w:rsidP="005B5F9C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68274D1C" w14:textId="3943EE38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pomaga mi się rozwijać, czy mnie ogranicza?</w:t>
      </w:r>
    </w:p>
    <w:p w14:paraId="46C62B99" w14:textId="124DB3FF" w:rsidR="00F97EFC" w:rsidRPr="00BF1AC3" w:rsidRDefault="00000000" w:rsidP="00560C93">
      <w:pPr>
        <w:spacing w:line="360" w:lineRule="auto"/>
        <w:jc w:val="both"/>
        <w:rPr>
          <w:rFonts w:ascii="Tahoma" w:hAnsi="Tahoma" w:cs="Tahoma"/>
          <w:b/>
          <w:bCs/>
          <w:sz w:val="24"/>
          <w:szCs w:val="24"/>
          <w:lang w:val="pl-PL"/>
        </w:rPr>
      </w:pPr>
      <w:r w:rsidRPr="00BF1AC3">
        <w:rPr>
          <w:rFonts w:ascii="Tahoma" w:hAnsi="Tahoma" w:cs="Tahoma"/>
          <w:b/>
          <w:bCs/>
          <w:sz w:val="24"/>
          <w:szCs w:val="24"/>
          <w:lang w:val="pl-PL"/>
        </w:rPr>
        <w:t>Jak mogę potraktować siebie z życzliwością w chwili</w:t>
      </w:r>
      <w:r w:rsidR="00387B8A" w:rsidRPr="00BF1AC3">
        <w:rPr>
          <w:rFonts w:ascii="Tahoma" w:hAnsi="Tahoma" w:cs="Tahoma"/>
          <w:b/>
          <w:bCs/>
          <w:sz w:val="24"/>
          <w:szCs w:val="24"/>
          <w:lang w:val="pl-PL"/>
        </w:rPr>
        <w:t>:</w:t>
      </w:r>
    </w:p>
    <w:p w14:paraId="2FAC206F" w14:textId="1B70ACE2" w:rsidR="00387B8A" w:rsidRDefault="00387B8A" w:rsidP="00387B8A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  <w:r>
        <w:rPr>
          <w:rFonts w:ascii="Tahoma" w:hAnsi="Tahoma" w:cs="Tahoma"/>
          <w:sz w:val="24"/>
          <w:szCs w:val="24"/>
          <w:lang w:val="pl-PL"/>
        </w:rPr>
        <w:t>u</w:t>
      </w:r>
    </w:p>
    <w:p w14:paraId="79650635" w14:textId="4CA51DC3" w:rsidR="00387B8A" w:rsidRDefault="00387B8A" w:rsidP="00387B8A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  <w:r>
        <w:rPr>
          <w:rFonts w:ascii="Tahoma" w:hAnsi="Tahoma" w:cs="Tahoma"/>
          <w:sz w:val="24"/>
          <w:szCs w:val="24"/>
          <w:lang w:val="pl-PL"/>
        </w:rPr>
        <w:t>u</w:t>
      </w:r>
    </w:p>
    <w:p w14:paraId="33AC0ED3" w14:textId="3161CB5D" w:rsidR="00387B8A" w:rsidRDefault="00387B8A" w:rsidP="00387B8A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</w:t>
      </w:r>
      <w:r>
        <w:rPr>
          <w:rFonts w:ascii="Tahoma" w:hAnsi="Tahoma" w:cs="Tahoma"/>
          <w:sz w:val="24"/>
          <w:szCs w:val="24"/>
          <w:lang w:val="pl-PL"/>
        </w:rPr>
        <w:t>ci</w:t>
      </w:r>
    </w:p>
    <w:p w14:paraId="6AC179F5" w14:textId="0FC3882E" w:rsidR="00387B8A" w:rsidRPr="00560C93" w:rsidRDefault="00387B8A" w:rsidP="00387B8A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  <w:r>
        <w:rPr>
          <w:rFonts w:ascii="Tahoma" w:hAnsi="Tahoma" w:cs="Tahoma"/>
          <w:sz w:val="24"/>
          <w:szCs w:val="24"/>
          <w:lang w:val="pl-PL"/>
        </w:rPr>
        <w:t>u</w:t>
      </w:r>
    </w:p>
    <w:p w14:paraId="49D29BB4" w14:textId="77777777" w:rsidR="00387B8A" w:rsidRPr="00560C93" w:rsidRDefault="00387B8A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11EE7457" w14:textId="77777777" w:rsidR="00574AA2" w:rsidRDefault="00574AA2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3B837329" w14:textId="2CADCE3A" w:rsidR="00F97EFC" w:rsidRPr="00560C93" w:rsidRDefault="00000000" w:rsidP="00560C93">
      <w:pPr>
        <w:pStyle w:val="Heading2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Karta Praca z </w:t>
      </w:r>
      <w:r w:rsidR="00BB0342">
        <w:rPr>
          <w:rFonts w:ascii="Tahoma" w:hAnsi="Tahoma" w:cs="Tahoma"/>
          <w:sz w:val="24"/>
          <w:szCs w:val="24"/>
          <w:lang w:val="pl-PL"/>
        </w:rPr>
        <w:t>emocjami</w:t>
      </w:r>
    </w:p>
    <w:p w14:paraId="1F1F659A" w14:textId="3E7BEA08" w:rsidR="00F97EFC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Jakie słowa, gesty lub postawy pomagają mi czuć się bezpiecznie, gdy </w:t>
      </w:r>
      <w:r w:rsidR="00574AA2">
        <w:rPr>
          <w:rFonts w:ascii="Tahoma" w:hAnsi="Tahoma" w:cs="Tahoma"/>
          <w:sz w:val="24"/>
          <w:szCs w:val="24"/>
          <w:lang w:val="pl-PL"/>
        </w:rPr>
        <w:t>odczuwam:</w:t>
      </w:r>
    </w:p>
    <w:p w14:paraId="35886AD3" w14:textId="77777777" w:rsidR="00574AA2" w:rsidRDefault="00574AA2" w:rsidP="00574AA2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4D76EB81" w14:textId="77777777" w:rsidR="00574AA2" w:rsidRDefault="00574AA2" w:rsidP="00574AA2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66359F4F" w14:textId="77777777" w:rsidR="00574AA2" w:rsidRDefault="00574AA2" w:rsidP="00574AA2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322D85AC" w14:textId="77777777" w:rsidR="00574AA2" w:rsidRPr="00560C93" w:rsidRDefault="00574AA2" w:rsidP="00574AA2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25FEA839" w14:textId="77777777" w:rsidR="00574AA2" w:rsidRPr="00560C93" w:rsidRDefault="00574AA2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12898516" w14:textId="746542C0" w:rsidR="00F97EFC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Co mogę zrobić, by wspierać siebie lub innych w momentach</w:t>
      </w:r>
      <w:r w:rsidR="00FE476F">
        <w:rPr>
          <w:rFonts w:ascii="Tahoma" w:hAnsi="Tahoma" w:cs="Tahoma"/>
          <w:sz w:val="24"/>
          <w:szCs w:val="24"/>
          <w:lang w:val="pl-PL"/>
        </w:rPr>
        <w:t>, kiedy czuję</w:t>
      </w:r>
    </w:p>
    <w:p w14:paraId="5ED2C48C" w14:textId="77777777" w:rsidR="00FE476F" w:rsidRDefault="00FE476F" w:rsidP="00FE476F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56CB0FBE" w14:textId="77777777" w:rsidR="00FE476F" w:rsidRDefault="00FE476F" w:rsidP="00FE476F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4727C08B" w14:textId="77777777" w:rsidR="00FE476F" w:rsidRDefault="00FE476F" w:rsidP="00FE476F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5B126A23" w14:textId="77777777" w:rsidR="00FE476F" w:rsidRPr="00560C93" w:rsidRDefault="00FE476F" w:rsidP="00FE476F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Wstręt</w:t>
      </w:r>
    </w:p>
    <w:p w14:paraId="40C3630D" w14:textId="0DBA02F4" w:rsidR="00F97EFC" w:rsidRPr="00560C93" w:rsidRDefault="00000000" w:rsidP="00560C93">
      <w:pPr>
        <w:pStyle w:val="Heading1"/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Karta Moja podróż przez emocje</w:t>
      </w:r>
    </w:p>
    <w:p w14:paraId="22BBBD32" w14:textId="77777777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Cel: refleksja po zakończeniu kursu o emocjach / samorozwoju.</w:t>
      </w:r>
    </w:p>
    <w:p w14:paraId="1755E7FB" w14:textId="454FE427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Z jakimi emocjami nauczyłam/em się być w kontakcie?</w:t>
      </w:r>
    </w:p>
    <w:p w14:paraId="0A2DADFA" w14:textId="1E935495" w:rsidR="009077F0" w:rsidRDefault="00000000" w:rsidP="009077F0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 xml:space="preserve">Co nowego zrozumiałam/em o sobie w kontekście </w:t>
      </w:r>
      <w:r w:rsidR="009077F0">
        <w:rPr>
          <w:rFonts w:ascii="Tahoma" w:hAnsi="Tahoma" w:cs="Tahoma"/>
          <w:sz w:val="24"/>
          <w:szCs w:val="24"/>
          <w:lang w:val="pl-PL"/>
        </w:rPr>
        <w:t>w</w:t>
      </w:r>
      <w:r w:rsidR="009077F0">
        <w:rPr>
          <w:rFonts w:ascii="Tahoma" w:hAnsi="Tahoma" w:cs="Tahoma"/>
          <w:sz w:val="24"/>
          <w:szCs w:val="24"/>
          <w:lang w:val="pl-PL"/>
        </w:rPr>
        <w:t>styd</w:t>
      </w:r>
      <w:r w:rsidR="009077F0">
        <w:rPr>
          <w:rFonts w:ascii="Tahoma" w:hAnsi="Tahoma" w:cs="Tahoma"/>
          <w:sz w:val="24"/>
          <w:szCs w:val="24"/>
          <w:lang w:val="pl-PL"/>
        </w:rPr>
        <w:t>u, s</w:t>
      </w:r>
      <w:r w:rsidR="009077F0">
        <w:rPr>
          <w:rFonts w:ascii="Tahoma" w:hAnsi="Tahoma" w:cs="Tahoma"/>
          <w:sz w:val="24"/>
          <w:szCs w:val="24"/>
          <w:lang w:val="pl-PL"/>
        </w:rPr>
        <w:t>trach</w:t>
      </w:r>
      <w:r w:rsidR="009077F0">
        <w:rPr>
          <w:rFonts w:ascii="Tahoma" w:hAnsi="Tahoma" w:cs="Tahoma"/>
          <w:sz w:val="24"/>
          <w:szCs w:val="24"/>
          <w:lang w:val="pl-PL"/>
        </w:rPr>
        <w:t>u, z</w:t>
      </w:r>
      <w:r w:rsidR="009077F0">
        <w:rPr>
          <w:rFonts w:ascii="Tahoma" w:hAnsi="Tahoma" w:cs="Tahoma"/>
          <w:sz w:val="24"/>
          <w:szCs w:val="24"/>
          <w:lang w:val="pl-PL"/>
        </w:rPr>
        <w:t>łoś</w:t>
      </w:r>
      <w:r w:rsidR="009077F0">
        <w:rPr>
          <w:rFonts w:ascii="Tahoma" w:hAnsi="Tahoma" w:cs="Tahoma"/>
          <w:sz w:val="24"/>
          <w:szCs w:val="24"/>
          <w:lang w:val="pl-PL"/>
        </w:rPr>
        <w:t xml:space="preserve">ci, wstrętu? </w:t>
      </w:r>
    </w:p>
    <w:p w14:paraId="38B363EB" w14:textId="77777777" w:rsidR="009077F0" w:rsidRDefault="009077F0" w:rsidP="009077F0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Wstyd</w:t>
      </w:r>
    </w:p>
    <w:p w14:paraId="550D110D" w14:textId="77777777" w:rsidR="009077F0" w:rsidRDefault="009077F0" w:rsidP="009077F0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Strach</w:t>
      </w:r>
    </w:p>
    <w:p w14:paraId="71540207" w14:textId="77777777" w:rsidR="009077F0" w:rsidRDefault="009077F0" w:rsidP="009077F0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t>Złość</w:t>
      </w:r>
    </w:p>
    <w:p w14:paraId="3EDEAC5F" w14:textId="77777777" w:rsidR="009077F0" w:rsidRPr="00560C93" w:rsidRDefault="009077F0" w:rsidP="009077F0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>
        <w:rPr>
          <w:rFonts w:ascii="Tahoma" w:hAnsi="Tahoma" w:cs="Tahoma"/>
          <w:sz w:val="24"/>
          <w:szCs w:val="24"/>
          <w:lang w:val="pl-PL"/>
        </w:rPr>
        <w:lastRenderedPageBreak/>
        <w:t>Wstręt</w:t>
      </w:r>
    </w:p>
    <w:p w14:paraId="0BF9EC2E" w14:textId="37569E65" w:rsidR="00F97EFC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Które ćwiczenie lub temat najbardziej mnie poruszył? Dlaczego?</w:t>
      </w:r>
    </w:p>
    <w:p w14:paraId="6C420334" w14:textId="77777777" w:rsidR="00182CCA" w:rsidRPr="00560C93" w:rsidRDefault="00182CCA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0DE664E6" w14:textId="65EE3F15" w:rsidR="00F97EFC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Co zauważyłam/em w swoim ciele, myśleniu, relacjach w trakcie kursu?</w:t>
      </w:r>
    </w:p>
    <w:p w14:paraId="7F22179A" w14:textId="77777777" w:rsidR="00182CCA" w:rsidRPr="00560C93" w:rsidRDefault="00182CCA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5AB98A45" w14:textId="1FB2D353" w:rsidR="00F97EFC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Jak mogę w przyszłości stosować to, czego się nauczyłam/em, by być bardziej życzliwa/y wobec siebie?</w:t>
      </w:r>
    </w:p>
    <w:p w14:paraId="784971F2" w14:textId="77777777" w:rsidR="00182CCA" w:rsidRPr="00560C93" w:rsidRDefault="00182CCA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</w:p>
    <w:p w14:paraId="1AFA542F" w14:textId="7446DBC8" w:rsidR="00F97EFC" w:rsidRPr="00560C93" w:rsidRDefault="00000000" w:rsidP="00560C93">
      <w:pPr>
        <w:spacing w:line="360" w:lineRule="auto"/>
        <w:jc w:val="both"/>
        <w:rPr>
          <w:rFonts w:ascii="Tahoma" w:hAnsi="Tahoma" w:cs="Tahoma"/>
          <w:sz w:val="24"/>
          <w:szCs w:val="24"/>
          <w:lang w:val="pl-PL"/>
        </w:rPr>
      </w:pPr>
      <w:r w:rsidRPr="00560C93">
        <w:rPr>
          <w:rFonts w:ascii="Tahoma" w:hAnsi="Tahoma" w:cs="Tahoma"/>
          <w:sz w:val="24"/>
          <w:szCs w:val="24"/>
          <w:lang w:val="pl-PL"/>
        </w:rPr>
        <w:t>Jedno zdanie, które opisuje moją zmianę po kursie:</w:t>
      </w:r>
    </w:p>
    <w:sectPr w:rsidR="00F97EFC" w:rsidRPr="00560C9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6535136">
    <w:abstractNumId w:val="8"/>
  </w:num>
  <w:num w:numId="2" w16cid:durableId="1022630314">
    <w:abstractNumId w:val="6"/>
  </w:num>
  <w:num w:numId="3" w16cid:durableId="1838644120">
    <w:abstractNumId w:val="5"/>
  </w:num>
  <w:num w:numId="4" w16cid:durableId="13925028">
    <w:abstractNumId w:val="4"/>
  </w:num>
  <w:num w:numId="5" w16cid:durableId="327441283">
    <w:abstractNumId w:val="7"/>
  </w:num>
  <w:num w:numId="6" w16cid:durableId="2031291849">
    <w:abstractNumId w:val="3"/>
  </w:num>
  <w:num w:numId="7" w16cid:durableId="498618690">
    <w:abstractNumId w:val="2"/>
  </w:num>
  <w:num w:numId="8" w16cid:durableId="1443260956">
    <w:abstractNumId w:val="1"/>
  </w:num>
  <w:num w:numId="9" w16cid:durableId="233976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6529"/>
    <w:rsid w:val="0006063C"/>
    <w:rsid w:val="000F3041"/>
    <w:rsid w:val="0015074B"/>
    <w:rsid w:val="00182CCA"/>
    <w:rsid w:val="001C47DF"/>
    <w:rsid w:val="002455F9"/>
    <w:rsid w:val="0029639D"/>
    <w:rsid w:val="002D7539"/>
    <w:rsid w:val="002E00DE"/>
    <w:rsid w:val="00326F90"/>
    <w:rsid w:val="003817E1"/>
    <w:rsid w:val="00387B8A"/>
    <w:rsid w:val="00476271"/>
    <w:rsid w:val="00560C93"/>
    <w:rsid w:val="00574AA2"/>
    <w:rsid w:val="005A5D89"/>
    <w:rsid w:val="005B5F9C"/>
    <w:rsid w:val="006F72BF"/>
    <w:rsid w:val="0082583A"/>
    <w:rsid w:val="008E03F0"/>
    <w:rsid w:val="009077F0"/>
    <w:rsid w:val="00AA1D8D"/>
    <w:rsid w:val="00AA3155"/>
    <w:rsid w:val="00AA51E7"/>
    <w:rsid w:val="00B17830"/>
    <w:rsid w:val="00B47730"/>
    <w:rsid w:val="00B50DCA"/>
    <w:rsid w:val="00BB0342"/>
    <w:rsid w:val="00BF1AC3"/>
    <w:rsid w:val="00C04CE3"/>
    <w:rsid w:val="00C15F2B"/>
    <w:rsid w:val="00C20941"/>
    <w:rsid w:val="00CB0664"/>
    <w:rsid w:val="00DC7BF5"/>
    <w:rsid w:val="00F26039"/>
    <w:rsid w:val="00F52AF1"/>
    <w:rsid w:val="00F97EFC"/>
    <w:rsid w:val="00FC693F"/>
    <w:rsid w:val="00FD3EE8"/>
    <w:rsid w:val="00FD71A6"/>
    <w:rsid w:val="00FE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BBA360"/>
  <w14:defaultImageDpi w14:val="300"/>
  <w15:docId w15:val="{42643B46-C5E9-FA49-804A-5686C6D60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edusmarttcl@gmail.com</cp:lastModifiedBy>
  <cp:revision>32</cp:revision>
  <dcterms:created xsi:type="dcterms:W3CDTF">2025-11-11T17:19:00Z</dcterms:created>
  <dcterms:modified xsi:type="dcterms:W3CDTF">2025-11-11T17:25:00Z</dcterms:modified>
  <cp:category/>
</cp:coreProperties>
</file>